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וחיקוי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מתוך טקסט מידעי וטבלה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ולהבדיל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הסבר מבוססת דוגמאות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מהטבלה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זיקית ים־תיכונית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חרק המקל ופרפר העלה המת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דיונון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מזכיר נמרים וינשופים כטורפים שנעזרים בהסוואה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שני תפקידים - הסוואה ושמירה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בפסקה על הדיונון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אינו מסוכן כלל, רק מחקה את הצבעים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קשורים בעיקר לתקשורת ולוויסות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בעל חיים וסוג ההסוואה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(צבע לפי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(צורה ותנועה כמו 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(צורה וצבע כמו עלה 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(שינוי צבע מהיר לכמה מטרות)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(חיקוי צבעי אזהרה)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מתנדנד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תאי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פרשנות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 הטורפים שמשתפרים בגילוי יצליחו לצוד, כך גם הם ישתפרו עם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החיקוי כנראה לא היה עוזר לו, כי הטורפים לא היו לומדים להיזהר מהצבעים הצהובים־שחורים.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 מתקנת אמונה נפוצה שאינה מדויקת לגבי הזיקית.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בדקו: פתיחה עם הרעיון המרכזי; שתי דוגמאות לפחות (למשל חרק המקל, פרפר העלה המת, חיקוי הזבוב); הסבר מה עוזר בכל דוגמה; משפט סיכום.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כמו חרק המקל או פרפר העלה המת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- להיראות כמו הסביבה; חיקוי - להיראות כמו בעל חיים מסוכן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תקשורת וויסות חום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ההתאמה לפני הכתיבה כדי לבסס 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עובדה לדעה דרך דוגמת פסקה 5.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בטבלה כמקור מידע מדויק בכתיבת הפסקה.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וחיקוי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מציג כיצד בעלי חיים שונים נעזרים בהסוואה ובחיקוי כדי לשרוד - חלקם בעזרת צבע, חלקם בעזרת צורה ותנועה, וחלקם בחיקוי של בעלי חיים מסוכנים.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 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בעל חיים בטבלה חי גם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שועל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פרפר העלה המת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זיקית ים־תיכונית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חרק המקל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לאילו שני בעלי חיים ההסוואה נשענת בעיקר על צורה?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דיונון וזבוב רחפנית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חרק המקל ופרפר העלה המת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שועל הקוטב וזיקית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דיונון ושועל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בעל חיים יש לשינוי הצבע שלושה שימושים שונים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חרק המקל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פרפר העלה המת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זבוב רחפנית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בשנה מחליף שועל הקוטב את צבע הפרווה?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מחליף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טורפים נעזרים בהסוואה.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לחילוף הפרווה של שועל הקוטב יש תפקיד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הדיונון יכול לשנות צבע בתוך שבריר 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הזבוב רחפנית מסוכן כמו צרעה.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שינויי הצבע של הזיקית קשורים בעיקר להתחבאות מטורפים.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בעל חיים וסוג ההסוואה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צורה וצבע כמו עלה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 צבע מהיר לכמה מטרות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פרפר העלה המת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צורה ותנועה כמו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חיקוי צבעי אזהרה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זבוב רחפנית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צבע לפי עונה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שועל הקוטב מחליף פרווה __________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חרק המקל נע לאט ו__________ כמו ענף ברוח.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לדיונון יש בעור מיליוני __________ שמחוברים לשרירים ולמערכת העצבים.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הזיקית הים־תיכונית היא היחידה שחיה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הזבוב רחפנית מחקה את הצבעים של __________ ודבורים.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פרשנות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פסקה 1, מה כנראה יקרה לטורפים כשהטרף משתפר בהסתתרות?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קורה לזבוב רחפנית אילו לא היו צרעות באזור?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הכותרת 'מיתוס הזיקית' מתאימה לפסקה 5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'הסוואה היא לא רק צבע.' כתבו פסקת הסבר (5-7 שורות) שמוכיחה את המשפט, בעזרת שתי דוגמאות לפחות מהטקסט ומהטבלה.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להסוואה שמבוססת על צורה ותנועה.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הסוואה לחיקוי?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הזיקית לא משנה צבע רק כדי להתחבא?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הסוואה וחיקוי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