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הסוואה וחיקוי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מידע מדויק מתוך טקסט מידעי וטבלה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להסיק מסקנות ולהבדיל בין עובדה לדעה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פסקת הסבר מבוססת דוגמאות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איתור מידע מהטבלה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זיקית ים־תיכונית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חרק המקל ופרפר העלה המת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דיונון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פעמיים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- לפי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מזכיר נמרים וינשופים כטורפים שנעזרים בהסוואה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שני תפקידים - הסוואה ושמירה על חום הגוף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 בפסקה על הדיונון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אינו מסוכן כלל, רק מחקה את הצבעים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הם קשורים בעיקר לתקשורת ולוויסות חום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- בעל חיים וסוג ההסוואה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(צבע לפי עונה)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(צורה ותנועה כמו ענף)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(צורה וצבע כמו עלה יבש)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(שינוי צבע מהיר לכמה מטרות)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(חיקוי צבעי אזהרה)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פעמיים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מתנדנד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תאי צבע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צרעות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פרשנות והערכה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רק הטורפים שמשתפרים בגילוי יצליחו לצוד, כך גם הם ישתפרו עם הזמן.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החיקוי כנראה לא היה עוזר לו, כי הטורפים לא היו לומדים להיזהר מהצבעים הצהובים־שחורים.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הפסקה מתקנת אמונה נפוצה שאינה מדויקת לגבי הזיקית.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בדקו: פתיחה עם הרעיון המרכזי; שתי דוגמאות לפחות (למשל חרק המקל, פרפר העלה המת, חיקוי הזבוב); הסבר מה עוזר בכל דוגמה; משפט סיכום.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לדוגמה כמו חרק המקל או פרפר העלה המת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הסוואה - להיראות כמו הסביבה; חיקוי - להיראות כמו בעל חיים מסוכן 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תקשורת וויסות חום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על משימת ההתאמה לפני הכתיבה כדי לבסס הבנה.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עובדה לדעה דרך דוגמת פסקה 5.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שימוש בטבלה כמקור מידע מדויק בכתיבת הפסקה.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הסוואה וחיקוי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איך בעלי חיים מתחבאים או מעמידים פנים כדי להישאר בחיים. נקרא טקסט וטבלה ונענה על שאלות קלות וקשות.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הסוואה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להיראות כמו הסביבה כדי שלא יבחינו בך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חיקוי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להיראות כמו בעל חיים אחר, מסוכן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טורף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בעל חיים שצד בעלי חיים 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טרף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בעל חיים שנצוד על ידי טורף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מיתוס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אמונה נפוצה שאינה מדויקת לגמרי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תאי צבע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תאים בעור שיכולים לשנות צבע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צבעי אזהרה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צבעים בולטים שמסמנים סכנה לטורפים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ויסות חום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שמירה על חום גוף מתאים לסביבה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איתור מידע מהטבלה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מהרשימה חי גם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שועל הקוטב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פרפר העלה המת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זיקית ים־תיכונית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חרק המקל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שניים נראים כמו משהו אחר בצורתם?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דיונון וזבוב רחפנית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חרק המקל ופרפר העלה המת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שועל הקוטב וזיקית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דיונון ושועל הקוטב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למי יש הכי הרבה שימושים לשינוי צבע?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דיונון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חרק המקל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פרפר העלה המת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זבוב רחפנית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פעמים בשנה הפרווה משתנה?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פעם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פעמיים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לא מחליף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 - לפי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טורפים נעזרים בהסוואה.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לחילוף הפרווה של שועל הקוטב יש תפקיד אחד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הדיונון יכול לשנות צבע בתוך שבריר שנייה.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הזבוב רחפנית מסוכן כמו צרעה.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שינויי הצבע של הזיקית קשורים בעיקר להתחבאות מטורפים.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- בעל חיים וסוג ההסוואה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שועל הקוטב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חיקוי צבעי אזהרה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חרק המקל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צורה וצבע כמו עלה יבש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פרפר העלה המת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שינוי צבע מהיר לכמה מטרות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דיונון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צבע לפי עונה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זבוב רחפנית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צורה ותנועה כמו ענף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שועל הקוטב מחליף פרווה __________ בשנה.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חרק המקל נע לאט ו__________ כמו ענף ברוח.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לדיונון יש בעור מיליוני __________ שמחוברים לשרירים ולמערכת העצבים.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הזיקית הים־תיכונית היא היחידה שחיה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הזבוב רחפנית מחקה את הצבעים של __________ ודבורים.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פרשנות והערכה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לפי פסקה 1, מה כנראה יקרה לטורפים כשהטרף משתפר בהסתתרות?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היה קורה לזבוב רחפנית אילו לא היו צרעות באזור?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הכותרת 'מיתוס הזיקית' מתאימה לפסקה 5 כי...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'הסוואה היא לא רק צבע.' כתבו פסקת הסבר (5-7 שורות) שמוכיחה את המשפט, בעזרת שתי דוגמאות לפחות מהטקסט ומהטבלה.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להסוואה שמבוססת על צורה ותנועה.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הסוואה לחיקוי?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הזיקית לא משנה צבע רק כדי להתחבא?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הסוואה וחיקוי בטבע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