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הסוואה וחיקוי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מדויק מתוך טקסט מידעי וטבלה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מסקנות ולהבדיל 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פסקת הסבר מבוססת דוגמאות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איתור מידע מהטבלה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חרק המקל ופרפר העלה המת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פעמיים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לפי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מזכיר נמרים וינשופים כטורפים שנעזרים בהסוואה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בפסקה על הדיונון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בעל חיים וסוג ההסוואה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(צבע לפי עונה)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(צורה ותנועה כמו ענף)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(צורה וצבע כמו עלה יבש)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מתנדנד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פרשנות והערכה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הפסקה מתקנת אמונה נפוצה שאינה מדויקת לגבי הזיקית.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בדקו: פתיחה עם הרעיון המרכזי; שתי דוגמאות לפחות (למשל חרק המקל, פרפר העלה המת, חיקוי הזבוב); הסבר מה עוזר בכל דוגמה; משפט סיכום.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לדוגמה כמו חרק המקל או פרפר העלה המת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הסוואה - להיראות כמו הסביבה; חיקוי - להיראות כמו בעל חיים מסוכן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תקשורת וויסות חום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משימת ההתאמה לפני הכתיבה כדי לבסס הבנה.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עובדה לדעה דרך דוגמת פסקה 5.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בטבלה כמקור מידע מדויק בכתיבת הפסקה.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הסוואה וחיקוי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הטקסט מציג כיצד בעלי חיים שונים נעזרים בהסוואה ובחיקוי כדי לשרוד - חלקם בעזרת צבע, חלקם בעזרת צורה ותנועה, וחלקם בחיקוי של בעלי חיים מסוכנים.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מתנדנד  ·  פעמיים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איתור מידע מהטבלה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לאילו שני בעלי חיים ההסוואה נשענת בעיקר על צורה?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דיונון וזבוב רחפנית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חרק המקל ופרפר העלה המת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שועל הקוטב וזיקית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פעמים בשנה מחליף שועל הקוטב את צבע הפרווה?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 פעמים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 - לפי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גם טורפים נעזרים בהסוואה.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הדיונון יכול לשנות צבע בתוך שבריר שנייה.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- בעל חיים וסוג ההסוואה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שועל הקוטב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צורה וצבע כמו עלה יבש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חרק המקל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צבע לפי עונה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פרפר העלה המת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צורה ותנועה כמו ענף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שועל הקוטב מחליף פרווה __________ בשנה.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חרק המקל נע לאט ו__________ כמו ענף ברוח.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פרשנות והערכה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הכותרת 'מיתוס הזיקית' מתאימה לפסקה 5 כי...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'הסוואה היא לא רק צבע.' כתבו פסקת הסבר (5-7 שורות) שמוכיחה את המשפט, בעזרת שתי דוגמאות לפחות מהטקסט ומהטבלה.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להסוואה שמבוססת על צורה ותנועה.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הסוואה לחיקוי?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הסוואה וחיקוי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